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91919"/>
          <w:sz w:val="25"/>
        </w:rPr>
        <w:t>NOTICE OF WITHDRAWAL / RETURN FORM</w:t>
      </w:r>
    </w:p>
    <w:p>
      <w:pPr>
        <w:spacing w:after="120"/>
        <w:jc w:val="center"/>
      </w:pPr>
      <w:r>
        <w:rPr>
          <w:color w:val="666666"/>
          <w:sz w:val="18"/>
        </w:rPr>
        <w:t>(return of goods within 14 days without stating a reason)</w:t>
      </w:r>
    </w:p>
    <w:p>
      <w:pPr>
        <w:spacing w:after="60"/>
      </w:pPr>
      <w:r>
        <w:rPr>
          <w:b/>
        </w:rPr>
        <w:t>Seller (Official Registered Office):</w:t>
      </w:r>
      <w:r>
        <w:br/>
        <w:t>Night Gear Solutions | Kalinčiakova 6206/2, 974 05 Banská Bystrica, Slovakia</w:t>
        <w:br/>
        <w:t>E-mail: info@nightgearsolutions.eu | Phone: +421 950 440 012</w:t>
      </w:r>
    </w:p>
    <w:p>
      <w:pPr>
        <w:spacing w:after="120"/>
      </w:pPr>
      <w:r>
        <w:rPr>
          <w:b/>
        </w:rPr>
        <w:t>Shipping Address for Returns (Showroom):</w:t>
      </w:r>
      <w:r>
        <w:br/>
        <w:t>Night Gear Solutions - Showroom | Dopravná 3973, 955 01 Topoľčany, Slovakia (Cash on delivery shipments not accepted)</w:t>
      </w:r>
    </w:p>
    <w:p>
      <w:pPr>
        <w:spacing w:after="60"/>
      </w:pPr>
      <w:r>
        <w:rPr>
          <w:b/>
        </w:rPr>
        <w:t>Buyer (Consumer):</w:t>
      </w:r>
    </w:p>
    <w:p>
      <w:pPr>
        <w:spacing w:after="40"/>
      </w:pPr>
      <w:r>
        <w:t>Full Name / Company Name: __________________________________________________</w:t>
      </w:r>
    </w:p>
    <w:p>
      <w:pPr>
        <w:spacing w:after="40"/>
      </w:pPr>
      <w:r>
        <w:t>Address (Street, ZIP, City, Country): __________________________________________________</w:t>
      </w:r>
    </w:p>
    <w:p>
      <w:pPr>
        <w:spacing w:after="40"/>
      </w:pPr>
      <w:r>
        <w:t>Phone Number / E-mail: __________________________________________________</w:t>
      </w:r>
    </w:p>
    <w:p>
      <w:pPr>
        <w:spacing w:after="80"/>
      </w:pPr>
      <w:r>
        <w:t>I/We* hereby give notice that I/We* withdraw from my/our* contract of sale of the following goods: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7"/>
        <w:gridCol w:w="2437"/>
        <w:gridCol w:w="2437"/>
        <w:gridCol w:w="2437"/>
      </w:tblGrid>
      <w:tr>
        <w:tc>
          <w:tcPr>
            <w:tcW w:type="dxa" w:w="43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Product Name / Model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Order / Invoice Number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Date Received</w:t>
            </w:r>
          </w:p>
        </w:tc>
        <w:tc>
          <w:tcPr>
            <w:tcW w:type="dxa" w:w="7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Qty</w:t>
            </w:r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</w:tbl>
    <w:p>
      <w:pPr>
        <w:spacing w:before="120" w:after="40"/>
      </w:pPr>
      <w:r>
        <w:rPr>
          <w:b/>
        </w:rPr>
        <w:t>Return Details:</w:t>
      </w:r>
    </w:p>
    <w:p>
      <w:pPr>
        <w:spacing w:after="60"/>
      </w:pPr>
      <w:r>
        <w:t>Reason for return (optional):</w:t>
        <w:br/>
        <w:t>___________________________________________________________________________________</w:t>
      </w:r>
    </w:p>
    <w:p>
      <w:pPr>
        <w:spacing w:after="60"/>
      </w:pPr>
      <w:r>
        <w:t>Bank Account Number (IBAN / BIC) for refund:</w:t>
        <w:br/>
        <w:t>___________________________________________________________________________________</w:t>
      </w:r>
    </w:p>
    <w:p>
      <w:pPr>
        <w:spacing w:before="80" w:after="120"/>
      </w:pPr>
      <w:r>
        <w:rPr>
          <w:b/>
        </w:rPr>
        <w:t xml:space="preserve">Important Notice: </w:t>
      </w:r>
      <w:r>
        <w:t>Please send the goods fully insured or deliver them in person along with this completed form and all original accessories to our showroom address in Topoľčany.</w:t>
      </w:r>
    </w:p>
    <w:p>
      <w:pPr>
        <w:spacing w:after="80"/>
      </w:pPr>
      <w:r>
        <w:t>In (City): ........................................ Date: ..........................</w:t>
        <w:br/>
        <w:br/>
        <w:br/>
        <w:t>_________________________________________</w:t>
        <w:br/>
        <w:t>Buyer's Signature</w:t>
      </w:r>
    </w:p>
    <w:p>
      <w:pPr>
        <w:spacing w:after="0"/>
      </w:pPr>
      <w:r>
        <w:rPr>
          <w:color w:val="888888"/>
          <w:sz w:val="17"/>
        </w:rPr>
        <w:t>* Delete as appropriate.</w:t>
      </w:r>
    </w:p>
    <w:sectPr w:rsidR="00FC693F" w:rsidRPr="0006063C" w:rsidSect="00034616"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